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מהי המהפכה התעשייתית ולציין מתי והיכן החלה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שלושה שינויים מרכזיים: מכונות ומפעלים, אנרגיה חדשה, 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גם את המחירים החברתיים של המהפכה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פחם וקיטור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מעבר מהכפר לעיר וגידול הערים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ייצור כמויות גדולות במהירות בעזרת מכונות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סוף המאה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ג׳יימס וואט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ג׳ורג׳ סטפנסון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התחילה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תהליך העיור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 האנרגיה המרכזי היה פחם וקיטור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קיצרו זמני נסיעה והובלה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העובדה ההיסטורית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נפתח ב-1830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(שיפר את מנוע הקיטור)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(חלוץ הקטר ומסילות הרכבת)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(פטנט על מנוע קיטור משופר)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 רכבת ליברפול-מנצ׳סטר)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(התערוכה הגדולה בלונדון)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בעיר נפתחו מפעלים ונוצרה עבודה בשכר, בניגוד לחקלאות בכפר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 קיצרו מרחקים, הוזילו הובלה וחיברו בין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מעבר לייצור במכונות ועיור מואץ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משאבי פחם וברזל, נמלים, הון ויציבות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הסבר שייצור מהיר וזול הוזיל מוצרים ואיפשר לרכוש כמות גדולה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היעדר תנאי עבודה קשים, עבודת ילדים, זיהום או עוני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בעלי מפעלים והון צברו עושר וכוח כלכלי וחברתי בזכות התיעוש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לציין תוצאה ראשונה עם הסבר וקשר למהפכה, ותוצאה שנייה עם הסבר וקשר - למשל עיור ותנאי עבודה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מעבר לייצור במכונות ועיור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כמו משאבים, נמלים או הון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להגדרה: מעבר מהכפר לעיר וגידול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על חפצים בכיתה שנעשו ביד לעומת היום, כהכנה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המפה בקבוצות לפני המעבר לשאלות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לדון גם בצדדים הפחות חיוביים של המהפכה כהכנה ללימוד הסוציאליזם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מכונות, קיטור וערים – המהפכה התעשייתית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הרבה שנים אנשים עבדו ביד. אז התחילו לבנות מכונות גדולות שעובדות עם פחם וקיטור. הדף הזה עוזר להבין מה 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המהפכה התעשייתית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מייצור ביד לייצור במכונות, שהחל בבריטניה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של אנשים מהכפר לעיר וגידול הערים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מנוע הקיטור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מכונה שמופעלת בלחץ אדים מפחם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ייצור המוני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ייצור כמויות גדולות של מוצרים זהים במהירות ובזול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מעמד הפועלים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שכירים שעבדו במפעלים בתנאים קשים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בורגנות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הביניים העירוני שהתחזק בזכות התיעוש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מהפכת התחבורה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בתחבורה בזכות רכבות ואוניות קיטור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התחילה המהפכה?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הפעיל את המכונות?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חשמל ונפט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פחם וקיטור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עיור?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מהכפר לעיר וגידול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כנסיות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ייצור המוני?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ייצור ביד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של מוצר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כמויות גדולות במהירות בעזרת מכונות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מעמד התחזק מאוד בזכות התיעוש?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הבורגנות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האצולה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החלה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שיפר את מנוע הקיטור והפך אותו ליעיל?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ג׳ורג׳ סטפנסון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סמית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אייזק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מחלוצי הקטר ומסילות הרכבת?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ג׳יימס וואט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ג׳ורג׳ סטפנסון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רוברט פולטון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תומס אדיסון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התחילה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בעקבות המהפכה רבים עברו מהכפר לעיר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האנרגיה המרכזי של המהפכה היה חשמל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הרכבות שינו את מושג המרחק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ג׳יימס וואט רשם פטנט על מנוע קיטור משופר ב-1769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רכבת הנוסעים ליברפול-מנצ׳סטר נפתח ב-1900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המכונה שמנצלת לחץ אדים מפחם נקראת מנוע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שבו אנשים עוברים מהכפר לעיר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מעמד הביניים העירוני שהתחזק בזכות התיעוש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שכירים שעבדו במפעלים בתנאים קשים נקראים מעמד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ב-1851 נערכה בלונדון התערוכה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נפתח קו רכבת הנוסעים ליברפול-מנצ׳סטר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ג׳יימס וואט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התערוכה הגדולה בלונדון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ג׳ורג׳ סטפנסון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פטנט על מנוע קיטור משופר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3. 1769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שיפר את מנוע הקיטור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חלוץ הקטר ומסילות הרכבת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5. 1851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 רכבת ליברפול-מנצ׳סטר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עברו מיליוני אנשים מהכפר לעיר בעקבות המהפכה?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תרומתן של הרכבות ואוניות הקיטור?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ציינו שני שינויים שהביאה המהפכה התעשייתית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המהפכה התחילה בבריטניה? (סיבה אחת)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שינה הייצור במכונות את מחירי המוצרים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הסרטון מציג את המהפכה כחיובית לגמרי - מה חסר בתמונה? הביאו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המהפכה התעשייתית לבין התחזקות הבורגנות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שתי תוצאות חברתיות של המהפכה התעשייתית (שאלה בסגנון בגרות)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שינויים שהביאה המהפכה התעשייתית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המהפכה התחילה בבריטניה? (סיבה אחת)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מכונות, קיטור וערים – המהפכה התעשייתית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